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知识产权许可合同</w:t>
      </w:r>
    </w:p>
    <w:p>
      <w:pPr>
        <w:pStyle w:val="Heading2"/>
      </w:pPr>
      <w:r>
        <w:t>当事人</w:t>
      </w:r>
    </w:p>
    <w:p>
      <w:r>
        <w:t>甲方（许可方）：</w:t>
      </w:r>
      <w:r>
        <w:rPr>
          <w:highlight w:val="yellow"/>
        </w:rPr>
        <w:t>{{party_a}}</w:t>
      </w:r>
    </w:p>
    <w:p>
      <w:r>
        <w:t>系依法设立并有效存续的民事主体，具备签订本合同的合法资质，对本合同项下知识产权享有完整处分权。</w:t>
      </w:r>
    </w:p>
    <w:p>
      <w:r>
        <w:t>乙方（被许可方）：</w:t>
      </w:r>
      <w:r>
        <w:rPr>
          <w:highlight w:val="yellow"/>
        </w:rPr>
        <w:t>{{party_b}}</w:t>
      </w:r>
    </w:p>
    <w:p>
      <w:r>
        <w:t>系依法设立并有效存续的民事主体，具备签订本合同的合法资质，具备使用许可知识产权的相应能力。</w:t>
      </w:r>
    </w:p>
    <w:p>
      <w:pPr>
        <w:pStyle w:val="Heading2"/>
      </w:pPr>
      <w:r>
        <w:t>鉴于</w:t>
      </w:r>
    </w:p>
    <w:p>
      <w:pPr>
        <w:pStyle w:val="ListNumber"/>
      </w:pPr>
      <w:r>
        <w:t>甲方系本合同项下</w:t>
      </w:r>
      <w:r>
        <w:rPr>
          <w:highlight w:val="yellow"/>
        </w:rPr>
        <w:t>{{subject}}</w:t>
      </w:r>
      <w:r>
        <w:t>的合法知识产权权利人，该知识产权不存在权属争议、权利质押、司法查封或其他限制对外许可的情形；</w:t>
      </w:r>
    </w:p>
    <w:p>
      <w:pPr>
        <w:pStyle w:val="ListNumber"/>
      </w:pPr>
      <w:r>
        <w:t>乙方已充分知晓该知识产权的权利状态、使用边界及相关商业风险，有意取得合法使用授权；</w:t>
      </w:r>
    </w:p>
    <w:p>
      <w:pPr>
        <w:pStyle w:val="ListNumber"/>
      </w:pPr>
      <w:r>
        <w:t>双方依据《中华人民共和国民法典》《中华人民共和国专利法》《中华人民共和国商标法》《中华人民共和国著作权法》《中华人民共和国反垄断法》《禁止滥用知识产权排除、限制竞争行为规定》等现行有效法律法规，本着平等自愿、公平诚信原则，经充分协商一致订立本合同，以资共同遵守。</w:t>
      </w:r>
    </w:p>
    <w:p>
      <w:pPr>
        <w:pStyle w:val="Heading2"/>
      </w:pPr>
      <w:r>
        <w:t>合同标的</w:t>
      </w:r>
    </w:p>
    <w:p>
      <w:pPr>
        <w:pStyle w:val="ListNumber"/>
      </w:pPr>
      <w:r>
        <w:t>甲方授予乙方在本合同约定的期限及合法使用范围内，使用</w:t>
      </w:r>
      <w:r>
        <w:rPr>
          <w:highlight w:val="yellow"/>
        </w:rPr>
        <w:t>{{subject}}</w:t>
      </w:r>
      <w:r>
        <w:t>的权利；本合同未明确授予的权利，乙方不得擅自行使，未经甲方书面同意乙方不得转许可任何第三方使用该知识产权。</w:t>
      </w:r>
    </w:p>
    <w:p>
      <w:pPr>
        <w:pStyle w:val="ListNumber"/>
      </w:pPr>
      <w:r>
        <w:t>甲方保证本许可不存在权利瑕疵，若因第三方主张知识产权权利导致乙方无法正常使用的，甲方应当在接到乙方通知后3个工作日内出面协调解决，并承担乙方因此遭受的全部损失。</w:t>
      </w:r>
    </w:p>
    <w:p>
      <w:pPr>
        <w:pStyle w:val="ListNumber"/>
      </w:pPr>
      <w:r>
        <w:t>本合同不得包含限制技术竞争、技术发展或排除、限制市场竞争的条款，相关违反法律强制性规定的内容自动无效，不影响本合同其他合法条款的效力。</w:t>
      </w:r>
    </w:p>
    <w:p>
      <w:pPr>
        <w:pStyle w:val="Heading2"/>
      </w:pPr>
      <w:r>
        <w:t>价款及支付</w:t>
      </w:r>
    </w:p>
    <w:p>
      <w:pPr>
        <w:pStyle w:val="ListNumber"/>
      </w:pPr>
      <w:r>
        <w:t>本合同项下知识产权许可的总对价为人民币</w:t>
      </w:r>
      <w:r>
        <w:rPr>
          <w:highlight w:val="yellow"/>
        </w:rPr>
        <w:t>{{amount}}</w:t>
      </w:r>
      <w:r>
        <w:t>元，该价款为乙方获得本合同约定许可权利的全部费用，包含甲方交付资料、提供使用指导等全部服务成本，乙方无需另行支付其他费用。</w:t>
      </w:r>
    </w:p>
    <w:p>
      <w:pPr>
        <w:pStyle w:val="ListNumber"/>
      </w:pPr>
      <w:r>
        <w:t>乙方应当在本合同生效之日起10个工作日内，将上述价款足额支付至甲方指定的银行账户。</w:t>
      </w:r>
    </w:p>
    <w:p>
      <w:pPr>
        <w:pStyle w:val="ListNumber"/>
      </w:pPr>
      <w:r>
        <w:t>若本许可涉及跨境技术进出口的，双方应当按照《中华人民共和国技术进出口管理条例》《技术进出口合同登记管理办法》规定办理相关登记手续，所涉税费由双方按照法律法规规定各自承担。</w:t>
      </w:r>
    </w:p>
    <w:p>
      <w:pPr>
        <w:pStyle w:val="Heading2"/>
      </w:pPr>
      <w:r>
        <w:t>履行期限</w:t>
      </w:r>
    </w:p>
    <w:p>
      <w:pPr>
        <w:pStyle w:val="ListNumber"/>
      </w:pPr>
      <w:r>
        <w:t>本合同项下知识产权许可的有效期限自</w:t>
      </w:r>
      <w:r>
        <w:rPr>
          <w:highlight w:val="yellow"/>
        </w:rPr>
        <w:t>{{term_start}}</w:t>
      </w:r>
      <w:r>
        <w:t>起至</w:t>
      </w:r>
      <w:r>
        <w:rPr>
          <w:highlight w:val="yellow"/>
        </w:rPr>
        <w:t>{{term_end}}</w:t>
      </w:r>
      <w:r>
        <w:t>止。</w:t>
      </w:r>
    </w:p>
    <w:p>
      <w:pPr>
        <w:pStyle w:val="ListNumber"/>
      </w:pPr>
      <w:r>
        <w:t>若本合同项下</w:t>
      </w:r>
      <w:r>
        <w:rPr>
          <w:highlight w:val="yellow"/>
        </w:rPr>
        <w:t>{{subject}}</w:t>
      </w:r>
      <w:r>
        <w:t>涉及专利权、集成电路布图设计权、植物新品种权等有法定保护期限的知识产权，本许可期限自动不得超过该知识产权的剩余法定保护期限，超出部分自动无效。</w:t>
      </w:r>
    </w:p>
    <w:p>
      <w:pPr>
        <w:pStyle w:val="ListNumber"/>
      </w:pPr>
      <w:r>
        <w:t>许可期限届满后，乙方应当立即停止使用</w:t>
      </w:r>
      <w:r>
        <w:rPr>
          <w:highlight w:val="yellow"/>
        </w:rPr>
        <w:t>{{subject}}</w:t>
      </w:r>
      <w:r>
        <w:t>，并销毁所有包含该知识产权的产品载体、宣传材料、技术文档等，除非双方另行签订书面续约协议。</w:t>
      </w:r>
    </w:p>
    <w:p>
      <w:pPr>
        <w:pStyle w:val="Heading2"/>
      </w:pPr>
      <w:r>
        <w:t>双方权利义务</w:t>
      </w:r>
    </w:p>
    <w:p>
      <w:pPr>
        <w:pStyle w:val="Heading3"/>
      </w:pPr>
      <w:r>
        <w:t>甲方权利义务</w:t>
      </w:r>
    </w:p>
    <w:p>
      <w:pPr>
        <w:pStyle w:val="ListNumber"/>
      </w:pPr>
      <w:r>
        <w:t>甲方权利</w:t>
      </w:r>
    </w:p>
    <w:p>
      <w:r>
        <w:t>（1）有权按照本合同约定收取全部许可价款；</w:t>
      </w:r>
    </w:p>
    <w:p>
      <w:r>
        <w:t>（2）有权监督乙方使用</w:t>
      </w:r>
      <w:r>
        <w:rPr>
          <w:highlight w:val="yellow"/>
        </w:rPr>
        <w:t>{{subject}}</w:t>
      </w:r>
      <w:r>
        <w:t>的商品/服务质量，若乙方使用该知识产权的商品/服务质量不符合法定或约定标准的，有权要求乙方限期整改，整改不力的有权终止许可；</w:t>
      </w:r>
    </w:p>
    <w:p>
      <w:r>
        <w:t>（3）有权对乙方侵犯知识产权的行为主张权利，要求乙方承担违约责任。</w:t>
      </w:r>
    </w:p>
    <w:p>
      <w:pPr>
        <w:pStyle w:val="ListNumber"/>
      </w:pPr>
      <w:r>
        <w:t>甲方义务</w:t>
      </w:r>
    </w:p>
    <w:p>
      <w:r>
        <w:t>（1）应当在本合同生效之日起5个工作日内，向乙方交付与</w:t>
      </w:r>
      <w:r>
        <w:rPr>
          <w:highlight w:val="yellow"/>
        </w:rPr>
        <w:t>{{subject}}</w:t>
      </w:r>
      <w:r>
        <w:t>使用相关的全部必要资料，提供必要的使用指导，确保乙方能够正常使用该知识产权；</w:t>
      </w:r>
    </w:p>
    <w:p>
      <w:r>
        <w:t>（2）许可期限内应当维持</w:t>
      </w:r>
      <w:r>
        <w:rPr>
          <w:highlight w:val="yellow"/>
        </w:rPr>
        <w:t>{{subject}}</w:t>
      </w:r>
      <w:r>
        <w:t>的权利有效性，自行承担年费、续展费等权利维护费用，不得擅自放弃该知识产权；</w:t>
      </w:r>
    </w:p>
    <w:p>
      <w:r>
        <w:t>（3）应当履行</w:t>
      </w:r>
      <w:r>
        <w:rPr>
          <w:highlight w:val="yellow"/>
        </w:rPr>
        <w:t>{{party_a_duty}}</w:t>
      </w:r>
      <w:r>
        <w:t>；</w:t>
      </w:r>
    </w:p>
    <w:p>
      <w:r>
        <w:t>（4）不得在本合同履行过程中实施滥用知识产权排除、限制竞争的行为。</w:t>
      </w:r>
    </w:p>
    <w:p>
      <w:pPr>
        <w:pStyle w:val="Heading3"/>
      </w:pPr>
      <w:r>
        <w:t>乙方权利义务</w:t>
      </w:r>
    </w:p>
    <w:p>
      <w:pPr>
        <w:pStyle w:val="ListNumber"/>
      </w:pPr>
      <w:r>
        <w:t>乙方权利</w:t>
      </w:r>
    </w:p>
    <w:p>
      <w:r>
        <w:t>（1）有权在本合同约定的期限、范围内正常使用</w:t>
      </w:r>
      <w:r>
        <w:rPr>
          <w:highlight w:val="yellow"/>
        </w:rPr>
        <w:t>{{subject}}</w:t>
      </w:r>
      <w:r>
        <w:t>；</w:t>
      </w:r>
    </w:p>
    <w:p>
      <w:r>
        <w:t>（2）甲方违反本合同约定时，有权要求甲方承担违约责任，赔偿相应损失。</w:t>
      </w:r>
    </w:p>
    <w:p>
      <w:pPr>
        <w:pStyle w:val="ListNumber"/>
      </w:pPr>
      <w:r>
        <w:t>乙方义务</w:t>
      </w:r>
    </w:p>
    <w:p>
      <w:r>
        <w:t>（1）应当按照本合同约定的范围、方式使用</w:t>
      </w:r>
      <w:r>
        <w:rPr>
          <w:highlight w:val="yellow"/>
        </w:rPr>
        <w:t>{{subject}}</w:t>
      </w:r>
      <w:r>
        <w:t>，不得擅自超出授权地域、领域使用，未经甲方书面同意不得许可任何第三方使用该知识产权；</w:t>
      </w:r>
    </w:p>
    <w:p>
      <w:r>
        <w:t>（2）应当按照本合同约定足额支付许可价款；</w:t>
      </w:r>
    </w:p>
    <w:p>
      <w:r>
        <w:t>（3）使用注册商标的，应当在使用该商标的商品上标明乙方名称和商品产地；</w:t>
      </w:r>
    </w:p>
    <w:p>
      <w:r>
        <w:t>（4）应当对本合同签订及履行过程中知悉的甲方技术秘密、商业秘密等保密信息承担保密义务，未经甲方书面同意不得向任何第三方泄露，保密义务在本合同终止后仍然持续有效；</w:t>
      </w:r>
    </w:p>
    <w:p>
      <w:r>
        <w:t>（5）应当履行</w:t>
      </w:r>
      <w:r>
        <w:rPr>
          <w:highlight w:val="yellow"/>
        </w:rPr>
        <w:t>{{party_b_duty}}</w:t>
      </w:r>
      <w:r>
        <w:t>；</w:t>
      </w:r>
    </w:p>
    <w:p>
      <w:r>
        <w:t>（6）不得实施反向工程、破解权利保护措施等侵犯甲方知识产权合法权益的行为。</w:t>
      </w:r>
    </w:p>
    <w:p>
      <w:pPr>
        <w:pStyle w:val="Heading2"/>
      </w:pPr>
      <w:r>
        <w:t>违约责任</w:t>
      </w:r>
    </w:p>
    <w:p>
      <w:pPr>
        <w:pStyle w:val="ListNumber"/>
      </w:pPr>
      <w:r>
        <w:t>任何一方违反本合同约定的，应当承担继续履行、采取补救措施、赔偿损失等违约责任，赔偿范围包括守约方的实际损失、可得利益损失及维权支出的律师费、公证费、诉讼费、保全费等合理费用。</w:t>
      </w:r>
    </w:p>
    <w:p>
      <w:pPr>
        <w:pStyle w:val="ListNumber"/>
      </w:pPr>
      <w:r>
        <w:t>乙方逾期支付许可价款的，每逾期一日应当按照应付未付款项的万分之五向甲方支付违约金；逾期超过30日的，甲方有权解除本合同，乙方仍应当支付逾期违约金并赔偿甲方全部损失。</w:t>
      </w:r>
    </w:p>
    <w:p>
      <w:pPr>
        <w:pStyle w:val="ListNumber"/>
      </w:pPr>
      <w:r>
        <w:t>乙方超出授权范围使用</w:t>
      </w:r>
      <w:r>
        <w:rPr>
          <w:highlight w:val="yellow"/>
        </w:rPr>
        <w:t>{{subject}}</w:t>
      </w:r>
      <w:r>
        <w:t>、擅自许可第三方使用、违反保密义务或者实施其他侵犯甲方知识产权行为的，应当向甲方支付</w:t>
      </w:r>
      <w:r>
        <w:rPr>
          <w:highlight w:val="yellow"/>
        </w:rPr>
        <w:t>{{penalty}}</w:t>
      </w:r>
      <w:r>
        <w:t>元作为违约金，违约金不足以弥补甲方损失的，乙方还应当赔偿差额部分。</w:t>
      </w:r>
    </w:p>
    <w:p>
      <w:pPr>
        <w:pStyle w:val="ListNumber"/>
      </w:pPr>
      <w:r>
        <w:t>甲方未按照约定交付使用资料、提供必要指导或者未维持</w:t>
      </w:r>
      <w:r>
        <w:rPr>
          <w:highlight w:val="yellow"/>
        </w:rPr>
        <w:t>{{subject}}</w:t>
      </w:r>
      <w:r>
        <w:t>权利有效性，导致乙方无法正常使用该知识产权的，应当退还对应期限的许可价款，并赔偿乙方因此遭受的损失；甲方违反</w:t>
      </w:r>
      <w:r>
        <w:rPr>
          <w:highlight w:val="yellow"/>
        </w:rPr>
        <w:t>{{party_a_duty}}</w:t>
      </w:r>
      <w:r>
        <w:t>的，应当按照本合同约定承担相应违约责任。</w:t>
      </w:r>
    </w:p>
    <w:p>
      <w:pPr>
        <w:pStyle w:val="ListNumber"/>
      </w:pPr>
      <w:r>
        <w:t>若本合同部分条款因违反反垄断相关法律法规被认定为无效的，不影响其他合法条款的效力，双方应当就无效部分协商调整为符合法律规定的内容。</w:t>
      </w:r>
    </w:p>
    <w:p>
      <w:pPr>
        <w:pStyle w:val="Heading2"/>
      </w:pPr>
      <w:r>
        <w:t>争议解决</w:t>
      </w:r>
    </w:p>
    <w:p>
      <w:pPr>
        <w:pStyle w:val="ListNumber"/>
      </w:pPr>
      <w:r>
        <w:t>因本合同引起的或与本合同有关的任何争议，双方应当首先通过友好协商的方式解决；协商不成的，任何一方均有权向</w:t>
      </w:r>
      <w:r>
        <w:rPr>
          <w:highlight w:val="yellow"/>
        </w:rPr>
        <w:t>{{jurisdiction}}</w:t>
      </w:r>
      <w:r>
        <w:t>有管辖权的人民法院提起诉讼。</w:t>
      </w:r>
    </w:p>
    <w:p>
      <w:pPr>
        <w:pStyle w:val="ListNumber"/>
      </w:pPr>
      <w:r>
        <w:t>争议解决期间，除争议事项外，本合同其他条款应当继续履行。</w:t>
      </w:r>
    </w:p>
    <w:p>
      <w:pPr>
        <w:pStyle w:val="Heading2"/>
      </w:pPr>
      <w:r>
        <w:t>附则</w:t>
      </w:r>
    </w:p>
    <w:p>
      <w:pPr>
        <w:pStyle w:val="ListNumber"/>
      </w:pPr>
      <w:r>
        <w:t>本合同自双方签字盖章之日起生效。</w:t>
      </w:r>
    </w:p>
    <w:p>
      <w:pPr>
        <w:pStyle w:val="ListNumber"/>
      </w:pPr>
      <w:r>
        <w:t>本合同未尽事宜，双方可以另行签订书面补充协议，补充协议与本合同具有同等法律效力。</w:t>
      </w:r>
    </w:p>
    <w:p>
      <w:pPr>
        <w:pStyle w:val="ListNumber"/>
      </w:pPr>
      <w:r>
        <w:t>双方应当按照《专利实施许可合同备案办法》《商标使用许可合同备案办法》《中华人民共和国著作权法实施条例》等相关规定，在本合同生效后3个月内办理知识产权许可备案手续，备案所需费用由双方依法承担。</w:t>
      </w:r>
    </w:p>
    <w:p>
      <w:pPr>
        <w:pStyle w:val="ListNumber"/>
      </w:pPr>
      <w:r>
        <w:t>本合同一式两份，甲乙双方各执一份，具有同等法律效力。</w:t>
      </w:r>
    </w:p>
    <w:p>
      <w:pPr>
        <w:pStyle w:val="Heading2"/>
      </w:pPr>
      <w:r>
        <w:t>签署信息</w:t>
      </w:r>
    </w:p>
    <w:p>
      <w:r>
        <w:t>本合同于</w:t>
      </w:r>
      <w:r>
        <w:rPr>
          <w:highlight w:val="yellow"/>
        </w:rPr>
        <w:t>{{sign_date}}</w:t>
      </w:r>
      <w:r>
        <w:t>在</w:t>
      </w:r>
      <w:r>
        <w:rPr>
          <w:highlight w:val="yellow"/>
        </w:rPr>
        <w:t>{{sign_location}}</w:t>
      </w:r>
      <w:r>
        <w:t>签订。</w:t>
      </w:r>
    </w:p>
    <w:p>
      <w:r>
        <w:t>（以下无正文，为签署栏）</w:t>
      </w:r>
    </w:p>
    <w:p>
      <w:r>
        <w:t>甲方（许可方）：</w:t>
      </w:r>
      <w:r>
        <w:rPr>
          <w:highlight w:val="yellow"/>
        </w:rPr>
        <w:t>{{party_a}}</w:t>
      </w:r>
      <w:r>
        <w:t>（盖章）</w:t>
      </w:r>
    </w:p>
    <w:p>
      <w:r>
        <w:t>法定代表人/授权代表（签字）：________________</w:t>
      </w:r>
    </w:p>
    <w:p>
      <w:r>
        <w:t>日期：________________</w:t>
      </w:r>
    </w:p>
    <w:p>
      <w:r>
        <w:t>乙方（被许可方）：</w:t>
      </w:r>
      <w:r>
        <w:rPr>
          <w:highlight w:val="yellow"/>
        </w:rPr>
        <w:t>{{party_b}}</w:t>
      </w:r>
      <w:r>
        <w:t>（盖章）</w:t>
      </w:r>
    </w:p>
    <w:p>
      <w:r>
        <w:t>法定代表人/授权代表（签字）：________________</w:t>
      </w:r>
    </w:p>
    <w:p>
      <w:r>
        <w:t>日期：________________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