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培训合同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培训内容</w:t>
      </w:r>
    </w:p>
    <w:p>
      <w:r>
        <w:t>培训机构为学员提供{{培训项目}}培训，培训内容{{培训内容}}，</w:t>
      </w:r>
    </w:p>
    <w:p>
      <w:r>
        <w:t>培训期限{{培训期限}}，培训费用{{培训费用}}。培训师资：{{培训师资}}。</w:t>
      </w:r>
    </w:p>
    <w:p>
      <w:pPr>
        <w:pStyle w:val="Heading2"/>
      </w:pPr>
      <w:r>
        <w:t>培训质量</w:t>
      </w:r>
    </w:p>
    <w:p>
      <w:r>
        <w:t>培训机构应按照约定的培训内容、课时和师资提供培训服务，</w:t>
      </w:r>
    </w:p>
    <w:p>
      <w:r>
        <w:t>不得虚假宣传培训效果、师资或证书。培训质量不符合约定的，</w:t>
      </w:r>
    </w:p>
    <w:p>
      <w:r>
        <w:t>学员有权要求补课、更换师资或相应退费。</w:t>
      </w:r>
    </w:p>
    <w:p>
      <w:pPr>
        <w:pStyle w:val="Heading2"/>
      </w:pPr>
      <w:r>
        <w:t>考核与证书</w:t>
      </w:r>
    </w:p>
    <w:p>
      <w:r>
        <w:t>考核与证书：{{考核发证}}。培训机构不得承诺"包过""保就业"等</w:t>
      </w:r>
    </w:p>
    <w:p>
      <w:r>
        <w:t>无法保证的效果；涉及职业资格、技能等级证书的，以国家有关规定为准。</w:t>
      </w:r>
    </w:p>
    <w:p>
      <w:pPr>
        <w:pStyle w:val="Heading2"/>
      </w:pPr>
      <w:r>
        <w:t>课程安排与开班</w:t>
      </w:r>
    </w:p>
    <w:p>
      <w:r>
        <w:t>课时总数与安排：{{课时总数}}。开班条件：{{开班条件}}。</w:t>
      </w:r>
    </w:p>
    <w:p>
      <w:r>
        <w:t>因培训机构原因不成班的，学员有权要求全额退费。</w:t>
      </w:r>
    </w:p>
    <w:p>
      <w:pPr>
        <w:pStyle w:val="Heading2"/>
      </w:pPr>
      <w:r>
        <w:t>退费</w:t>
      </w:r>
    </w:p>
    <w:p>
      <w:r>
        <w:t>退费规则：{{退费规则}}。学员因个人原因中途退出的，</w:t>
      </w:r>
    </w:p>
    <w:p>
      <w:r>
        <w:t>培训机构应扣除已提供服务部分的合理费用后退还余款；</w:t>
      </w:r>
    </w:p>
    <w:p>
      <w:r>
        <w:t>培训机构违约或无法继续提供培训的，应全额退还剩余费用。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