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和解协议</w:t>
      </w:r>
    </w:p>
    <w:p>
      <w:pPr>
        <w:pStyle w:val="Heading2"/>
      </w:pPr>
      <w:r>
        <w:t>当事人</w:t>
      </w:r>
    </w:p>
    <w:p>
      <w:r>
        <w:t>出租方（甲方）：</w:t>
      </w:r>
      <w:r>
        <w:rPr>
          <w:highlight w:val="yellow"/>
        </w:rPr>
        <w:t>{{party_a}}</w:t>
      </w:r>
    </w:p>
    <w:p>
      <w:r>
        <w:t>承租方（乙方）：</w:t>
      </w:r>
      <w:r>
        <w:rPr>
          <w:highlight w:val="yellow"/>
        </w:rPr>
        <w:t>{{party_b}}</w:t>
      </w:r>
    </w:p>
    <w:p>
      <w:r>
        <w:t>甲乙双方本着平等自愿、诚实信用的原则，就本合同项下事宜协商一致，订立本合同。</w:t>
      </w:r>
    </w:p>
    <w:p>
      <w:pPr>
        <w:pStyle w:val="Heading2"/>
      </w:pPr>
      <w:r>
        <w:t>权利义务</w:t>
      </w:r>
    </w:p>
    <w:p>
      <w:r>
        <w:t>双方确认：{{放弃权利}}。本协议履行完毕后，双方就该争议再无其他纠葛，</w:t>
      </w:r>
    </w:p>
    <w:p>
      <w:r>
        <w:t>任何一方不得再就该争议向对方主张任何权利（包括但不限于诉讼、仲裁）。</w:t>
      </w:r>
    </w:p>
    <w:p>
      <w:pPr>
        <w:pStyle w:val="Heading2"/>
      </w:pPr>
      <w:r>
        <w:t>违约责任</w:t>
      </w:r>
    </w:p>
    <w:p>
      <w:r>
        <w:t>一方不履行本协议的，{{违约后果}}。守约方有权要求继续履行或赔偿损失，</w:t>
      </w:r>
    </w:p>
    <w:p>
      <w:r>
        <w:t>并可就原争议依法提起诉讼或申请仲裁。</w:t>
      </w:r>
    </w:p>
    <w:p>
      <w:pPr>
        <w:pStyle w:val="Heading2"/>
      </w:pPr>
      <w:r>
        <w:t>争议解决</w:t>
      </w:r>
    </w:p>
    <w:p>
      <w:r>
        <w:t>双方因{{争议事项}}发生争议。经友好协商，双方自愿达成如下和解协议。</w:t>
      </w:r>
    </w:p>
    <w:p>
      <w:pPr>
        <w:pStyle w:val="Heading2"/>
      </w:pPr>
      <w:r>
        <w:t>保密</w:t>
      </w:r>
    </w:p>
    <w:p>
      <w:r>
        <w:t>双方同意对本和解协议的内容及和解事项予以保密：{{保密条款}}。</w:t>
      </w:r>
    </w:p>
    <w:p>
      <w:r>
        <w:t>未经对方书面同意，任何一方不得向第三方披露。</w:t>
      </w:r>
    </w:p>
    <w:p>
      <w:pPr>
        <w:pStyle w:val="Heading2"/>
      </w:pPr>
      <w:r>
        <w:t>和解方案</w:t>
      </w:r>
    </w:p>
    <w:p>
      <w:r>
        <w:t>双方达成和解方案：{{和解方案}}。支付金额{{支付金额}}，</w:t>
      </w:r>
    </w:p>
    <w:p>
      <w:r>
        <w:t>履行期限{{支付期限}}。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