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土地流转合同</w:t>
      </w:r>
    </w:p>
    <w:p>
      <w:pPr>
        <w:pStyle w:val="Heading2"/>
      </w:pPr>
      <w:r>
        <w:t>当事人</w:t>
      </w:r>
    </w:p>
    <w:p>
      <w:r>
        <w:t>甲方：</w:t>
      </w:r>
      <w:r>
        <w:rPr>
          <w:highlight w:val="yellow"/>
        </w:rPr>
        <w:t>{{party_a}}</w:t>
      </w:r>
    </w:p>
    <w:p>
      <w:r>
        <w:t>乙方：</w:t>
      </w:r>
      <w:r>
        <w:rPr>
          <w:highlight w:val="yellow"/>
        </w:rPr>
        <w:t>{{party_b}}</w:t>
      </w:r>
    </w:p>
    <w:p>
      <w:pPr>
        <w:pStyle w:val="Heading2"/>
      </w:pPr>
      <w:r>
        <w:t>鉴于</w:t>
      </w:r>
    </w:p>
    <w:p>
      <w:r>
        <w:t>鉴于甲乙双方就土地流转合同事宜，经友好协商，依据《中华人民共和国民法典》及相关法律法规，本着平等自愿、诚实信用的原则，达成如下协议，以资共同遵守。</w:t>
      </w:r>
    </w:p>
    <w:p>
      <w:pPr>
        <w:pStyle w:val="Heading2"/>
      </w:pPr>
      <w:r>
        <w:t>合同标的</w:t>
      </w:r>
    </w:p>
    <w:p>
      <w:r>
        <w:t>本合同标的为：</w:t>
      </w:r>
      <w:r>
        <w:rPr>
          <w:highlight w:val="yellow"/>
        </w:rPr>
        <w:t>{{subject}}</w:t>
      </w:r>
      <w:r>
        <w:t>。</w:t>
      </w:r>
    </w:p>
    <w:p>
      <w:pPr>
        <w:pStyle w:val="Heading2"/>
      </w:pPr>
      <w:r>
        <w:t>价款及支付</w:t>
      </w:r>
    </w:p>
    <w:p>
      <w:r>
        <w:t>本合同项下价款为人民币</w:t>
      </w:r>
      <w:r>
        <w:rPr>
          <w:highlight w:val="yellow"/>
        </w:rPr>
        <w:t>{{amount}}</w:t>
      </w:r>
      <w:r>
        <w:t>元。支付方式及支付期限由双方按本条约定执行。</w:t>
      </w:r>
    </w:p>
    <w:p>
      <w:pPr>
        <w:pStyle w:val="Heading2"/>
      </w:pPr>
      <w:r>
        <w:t>履行期限</w:t>
      </w:r>
    </w:p>
    <w:p>
      <w:r>
        <w:t>本合同履行期限自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止。</w:t>
      </w:r>
    </w:p>
    <w:p>
      <w:pPr>
        <w:pStyle w:val="Heading2"/>
      </w:pPr>
      <w:r>
        <w:t>权利义务</w:t>
      </w:r>
    </w:p>
    <w:p>
      <w:pPr>
        <w:pStyle w:val="ListNumber"/>
      </w:pPr>
      <w:r>
        <w:t>甲方的主要义务：</w:t>
      </w:r>
      <w:r>
        <w:rPr>
          <w:highlight w:val="yellow"/>
        </w:rPr>
        <w:t>{{party_a_duty}}</w:t>
      </w:r>
      <w:r>
        <w:t>。</w:t>
      </w:r>
    </w:p>
    <w:p>
      <w:pPr>
        <w:pStyle w:val="ListNumber"/>
      </w:pPr>
      <w:r>
        <w:t>乙方的主要义务：</w:t>
      </w:r>
      <w:r>
        <w:rPr>
          <w:highlight w:val="yellow"/>
        </w:rPr>
        <w:t>{{party_b_duty}}</w:t>
      </w:r>
      <w:r>
        <w:t>。</w:t>
      </w:r>
    </w:p>
    <w:p>
      <w:pPr>
        <w:pStyle w:val="Heading2"/>
      </w:pPr>
      <w:r>
        <w:t>违约责任</w:t>
      </w:r>
    </w:p>
    <w:p>
      <w:r>
        <w:t>任何一方违反本合同约定，应向守约方支付违约金</w:t>
      </w:r>
      <w:r>
        <w:rPr>
          <w:highlight w:val="yellow"/>
        </w:rPr>
        <w:t>{{penalty}}</w:t>
      </w:r>
      <w:r>
        <w:t>，并赔偿守约方因此遭受的实际损失。</w:t>
      </w:r>
    </w:p>
    <w:p>
      <w:pPr>
        <w:pStyle w:val="Heading2"/>
      </w:pPr>
      <w:r>
        <w:t>争议解决</w:t>
      </w:r>
    </w:p>
    <w:p>
      <w:r>
        <w:t>因本合同引起的或与本合同有关的任何争议，双方应友好协商解决；协商不成的，按下列方式解决：</w:t>
      </w:r>
      <w:r>
        <w:rPr>
          <w:highlight w:val="yellow"/>
        </w:rPr>
        <w:t>{{jurisdiction}}</w:t>
      </w:r>
      <w:r>
        <w:t>。</w:t>
      </w:r>
    </w:p>
    <w:p>
      <w:pPr>
        <w:pStyle w:val="Heading2"/>
      </w:pPr>
      <w:r>
        <w:t>附则</w:t>
      </w:r>
    </w:p>
    <w:p>
      <w:pPr>
        <w:pStyle w:val="ListNumber"/>
      </w:pPr>
      <w:r>
        <w:t>本合同自双方签字（盖章）之日起生效。</w:t>
      </w:r>
    </w:p>
    <w:p>
      <w:pPr>
        <w:pStyle w:val="ListNumber"/>
      </w:pPr>
      <w:r>
        <w:t>本合同一式两份，甲乙双方各执一份，具有同等法律效力。</w:t>
      </w:r>
    </w:p>
    <w:p>
      <w:r>
        <w:t>签署日期：</w:t>
      </w:r>
      <w:r>
        <w:rPr>
          <w:highlight w:val="yellow"/>
        </w:rPr>
        <w:t>{{sign_date}}</w:t>
      </w:r>
    </w:p>
    <w:p>
      <w:r>
        <w:t>签署地点：</w:t>
      </w:r>
      <w:r>
        <w:rPr>
          <w:highlight w:val="yellow"/>
        </w:rPr>
        <w:t>{{sign_location}}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